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3F965" w14:textId="77777777" w:rsidR="001E4CD8" w:rsidRDefault="00000000">
      <w:pPr>
        <w:pStyle w:val="Heading2"/>
      </w:pPr>
      <w:r>
        <w:t>🌿 WEEK 1 – GOD SEES ME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1E4CD8" w14:paraId="32535978" w14:textId="77777777">
        <w:tc>
          <w:tcPr>
            <w:tcW w:w="2160" w:type="dxa"/>
          </w:tcPr>
          <w:p w14:paraId="65438323" w14:textId="77777777" w:rsidR="001E4CD8" w:rsidRDefault="00000000">
            <w:r>
              <w:t>Day</w:t>
            </w:r>
          </w:p>
        </w:tc>
        <w:tc>
          <w:tcPr>
            <w:tcW w:w="2160" w:type="dxa"/>
          </w:tcPr>
          <w:p w14:paraId="6A0ACD26" w14:textId="77777777" w:rsidR="001E4CD8" w:rsidRDefault="00000000">
            <w:r>
              <w:t>Focus</w:t>
            </w:r>
          </w:p>
        </w:tc>
        <w:tc>
          <w:tcPr>
            <w:tcW w:w="2160" w:type="dxa"/>
          </w:tcPr>
          <w:p w14:paraId="3B6D192D" w14:textId="77777777" w:rsidR="001E4CD8" w:rsidRDefault="00000000">
            <w:r>
              <w:t>Scripture</w:t>
            </w:r>
          </w:p>
        </w:tc>
        <w:tc>
          <w:tcPr>
            <w:tcW w:w="2160" w:type="dxa"/>
          </w:tcPr>
          <w:p w14:paraId="636B9C2D" w14:textId="77777777" w:rsidR="001E4CD8" w:rsidRDefault="00000000">
            <w:r>
              <w:t>Study Tool</w:t>
            </w:r>
          </w:p>
        </w:tc>
      </w:tr>
      <w:tr w:rsidR="001E4CD8" w14:paraId="74978EF1" w14:textId="77777777">
        <w:tc>
          <w:tcPr>
            <w:tcW w:w="2160" w:type="dxa"/>
          </w:tcPr>
          <w:p w14:paraId="429C1262" w14:textId="77777777" w:rsidR="001E4CD8" w:rsidRDefault="00000000">
            <w:r>
              <w:t>1</w:t>
            </w:r>
          </w:p>
        </w:tc>
        <w:tc>
          <w:tcPr>
            <w:tcW w:w="2160" w:type="dxa"/>
          </w:tcPr>
          <w:p w14:paraId="7879FF82" w14:textId="77777777" w:rsidR="001E4CD8" w:rsidRDefault="00000000">
            <w:r>
              <w:t>God Sees Me</w:t>
            </w:r>
          </w:p>
        </w:tc>
        <w:tc>
          <w:tcPr>
            <w:tcW w:w="2160" w:type="dxa"/>
          </w:tcPr>
          <w:p w14:paraId="7B4C0A1F" w14:textId="77777777" w:rsidR="001E4CD8" w:rsidRDefault="00000000">
            <w:r>
              <w:t>Genesis 16:13</w:t>
            </w:r>
          </w:p>
        </w:tc>
        <w:tc>
          <w:tcPr>
            <w:tcW w:w="2160" w:type="dxa"/>
          </w:tcPr>
          <w:p w14:paraId="2F2D36AE" w14:textId="77777777" w:rsidR="001E4CD8" w:rsidRDefault="00000000">
            <w:r>
              <w:t>Word Study</w:t>
            </w:r>
          </w:p>
        </w:tc>
      </w:tr>
      <w:tr w:rsidR="001E4CD8" w14:paraId="113FDD79" w14:textId="77777777">
        <w:tc>
          <w:tcPr>
            <w:tcW w:w="2160" w:type="dxa"/>
          </w:tcPr>
          <w:p w14:paraId="7553BCAB" w14:textId="77777777" w:rsidR="001E4CD8" w:rsidRDefault="00000000">
            <w:r>
              <w:t>2</w:t>
            </w:r>
          </w:p>
        </w:tc>
        <w:tc>
          <w:tcPr>
            <w:tcW w:w="2160" w:type="dxa"/>
          </w:tcPr>
          <w:p w14:paraId="2879D58C" w14:textId="77777777" w:rsidR="001E4CD8" w:rsidRDefault="00000000">
            <w:r>
              <w:t>God Notices My Pain</w:t>
            </w:r>
          </w:p>
        </w:tc>
        <w:tc>
          <w:tcPr>
            <w:tcW w:w="2160" w:type="dxa"/>
          </w:tcPr>
          <w:p w14:paraId="65022536" w14:textId="77777777" w:rsidR="001E4CD8" w:rsidRDefault="00000000">
            <w:r>
              <w:t>Exodus 3:7–8</w:t>
            </w:r>
          </w:p>
        </w:tc>
        <w:tc>
          <w:tcPr>
            <w:tcW w:w="2160" w:type="dxa"/>
          </w:tcPr>
          <w:p w14:paraId="1E5A8227" w14:textId="77777777" w:rsidR="001E4CD8" w:rsidRDefault="00000000">
            <w:r>
              <w:t>Verse Breakdown</w:t>
            </w:r>
          </w:p>
        </w:tc>
      </w:tr>
      <w:tr w:rsidR="001E4CD8" w14:paraId="54B83701" w14:textId="77777777">
        <w:tc>
          <w:tcPr>
            <w:tcW w:w="2160" w:type="dxa"/>
          </w:tcPr>
          <w:p w14:paraId="5A20337D" w14:textId="77777777" w:rsidR="001E4CD8" w:rsidRDefault="00000000">
            <w:r>
              <w:t>3</w:t>
            </w:r>
          </w:p>
        </w:tc>
        <w:tc>
          <w:tcPr>
            <w:tcW w:w="2160" w:type="dxa"/>
          </w:tcPr>
          <w:p w14:paraId="206415A8" w14:textId="77777777" w:rsidR="001E4CD8" w:rsidRDefault="00000000">
            <w:r>
              <w:t>He Watches Over Me</w:t>
            </w:r>
          </w:p>
        </w:tc>
        <w:tc>
          <w:tcPr>
            <w:tcW w:w="2160" w:type="dxa"/>
          </w:tcPr>
          <w:p w14:paraId="3A9FA04E" w14:textId="77777777" w:rsidR="001E4CD8" w:rsidRDefault="00000000">
            <w:r>
              <w:t>Psalm 121</w:t>
            </w:r>
          </w:p>
        </w:tc>
        <w:tc>
          <w:tcPr>
            <w:tcW w:w="2160" w:type="dxa"/>
          </w:tcPr>
          <w:p w14:paraId="18D594C0" w14:textId="77777777" w:rsidR="001E4CD8" w:rsidRDefault="00000000">
            <w:r>
              <w:t>Verse Rewrite</w:t>
            </w:r>
          </w:p>
        </w:tc>
      </w:tr>
      <w:tr w:rsidR="001E4CD8" w14:paraId="772A6A55" w14:textId="77777777">
        <w:tc>
          <w:tcPr>
            <w:tcW w:w="2160" w:type="dxa"/>
          </w:tcPr>
          <w:p w14:paraId="3A23167A" w14:textId="77777777" w:rsidR="001E4CD8" w:rsidRDefault="00000000">
            <w:r>
              <w:t>4</w:t>
            </w:r>
          </w:p>
        </w:tc>
        <w:tc>
          <w:tcPr>
            <w:tcW w:w="2160" w:type="dxa"/>
          </w:tcPr>
          <w:p w14:paraId="6F221C7C" w14:textId="77777777" w:rsidR="001E4CD8" w:rsidRDefault="00000000">
            <w:r>
              <w:t>Known &amp; Not Forgotten</w:t>
            </w:r>
          </w:p>
        </w:tc>
        <w:tc>
          <w:tcPr>
            <w:tcW w:w="2160" w:type="dxa"/>
          </w:tcPr>
          <w:p w14:paraId="0AABBCE8" w14:textId="77777777" w:rsidR="001E4CD8" w:rsidRDefault="00000000">
            <w:r>
              <w:t>Isaiah 49:15–16</w:t>
            </w:r>
          </w:p>
        </w:tc>
        <w:tc>
          <w:tcPr>
            <w:tcW w:w="2160" w:type="dxa"/>
          </w:tcPr>
          <w:p w14:paraId="797ACD7F" w14:textId="77777777" w:rsidR="001E4CD8" w:rsidRDefault="00000000">
            <w:r>
              <w:t>Topical Study</w:t>
            </w:r>
          </w:p>
        </w:tc>
      </w:tr>
      <w:tr w:rsidR="001E4CD8" w14:paraId="177DAA7A" w14:textId="77777777">
        <w:tc>
          <w:tcPr>
            <w:tcW w:w="2160" w:type="dxa"/>
          </w:tcPr>
          <w:p w14:paraId="313E3FFB" w14:textId="77777777" w:rsidR="001E4CD8" w:rsidRDefault="00000000">
            <w:r>
              <w:t>5</w:t>
            </w:r>
          </w:p>
        </w:tc>
        <w:tc>
          <w:tcPr>
            <w:tcW w:w="2160" w:type="dxa"/>
          </w:tcPr>
          <w:p w14:paraId="3C2958D3" w14:textId="77777777" w:rsidR="001E4CD8" w:rsidRDefault="00000000">
            <w:r>
              <w:t>God Is Near</w:t>
            </w:r>
          </w:p>
        </w:tc>
        <w:tc>
          <w:tcPr>
            <w:tcW w:w="2160" w:type="dxa"/>
          </w:tcPr>
          <w:p w14:paraId="19416BEC" w14:textId="77777777" w:rsidR="001E4CD8" w:rsidRDefault="00000000">
            <w:r>
              <w:t>Psalm 34:18</w:t>
            </w:r>
          </w:p>
        </w:tc>
        <w:tc>
          <w:tcPr>
            <w:tcW w:w="2160" w:type="dxa"/>
          </w:tcPr>
          <w:p w14:paraId="7DD60B55" w14:textId="77777777" w:rsidR="001E4CD8" w:rsidRDefault="00000000">
            <w:r>
              <w:t>Prayer Response</w:t>
            </w:r>
          </w:p>
        </w:tc>
      </w:tr>
      <w:tr w:rsidR="001E4CD8" w14:paraId="2849156F" w14:textId="77777777">
        <w:tc>
          <w:tcPr>
            <w:tcW w:w="2160" w:type="dxa"/>
          </w:tcPr>
          <w:p w14:paraId="4B01C1B1" w14:textId="77777777" w:rsidR="001E4CD8" w:rsidRDefault="00000000">
            <w:r>
              <w:t>6</w:t>
            </w:r>
          </w:p>
        </w:tc>
        <w:tc>
          <w:tcPr>
            <w:tcW w:w="2160" w:type="dxa"/>
          </w:tcPr>
          <w:p w14:paraId="1D70860F" w14:textId="77777777" w:rsidR="001E4CD8" w:rsidRDefault="00000000">
            <w:r>
              <w:t>A Name for the God Who Sees</w:t>
            </w:r>
          </w:p>
        </w:tc>
        <w:tc>
          <w:tcPr>
            <w:tcW w:w="2160" w:type="dxa"/>
          </w:tcPr>
          <w:p w14:paraId="00D3B05D" w14:textId="77777777" w:rsidR="001E4CD8" w:rsidRDefault="00000000">
            <w:r>
              <w:t>Psalm 139:1–6</w:t>
            </w:r>
          </w:p>
        </w:tc>
        <w:tc>
          <w:tcPr>
            <w:tcW w:w="2160" w:type="dxa"/>
          </w:tcPr>
          <w:p w14:paraId="54219B21" w14:textId="77777777" w:rsidR="001E4CD8" w:rsidRDefault="00000000">
            <w:r>
              <w:t>Theology Page</w:t>
            </w:r>
          </w:p>
        </w:tc>
      </w:tr>
      <w:tr w:rsidR="001E4CD8" w14:paraId="02336178" w14:textId="77777777">
        <w:tc>
          <w:tcPr>
            <w:tcW w:w="2160" w:type="dxa"/>
          </w:tcPr>
          <w:p w14:paraId="16C81D77" w14:textId="77777777" w:rsidR="001E4CD8" w:rsidRDefault="00000000">
            <w:r>
              <w:t>7</w:t>
            </w:r>
          </w:p>
        </w:tc>
        <w:tc>
          <w:tcPr>
            <w:tcW w:w="2160" w:type="dxa"/>
          </w:tcPr>
          <w:p w14:paraId="161F256A" w14:textId="77777777" w:rsidR="001E4CD8" w:rsidRDefault="00000000">
            <w:r>
              <w:t>Gratitude Reflection</w:t>
            </w:r>
          </w:p>
        </w:tc>
        <w:tc>
          <w:tcPr>
            <w:tcW w:w="2160" w:type="dxa"/>
          </w:tcPr>
          <w:p w14:paraId="43EB1C6A" w14:textId="77777777" w:rsidR="001E4CD8" w:rsidRDefault="00000000">
            <w:r>
              <w:t>N/A</w:t>
            </w:r>
          </w:p>
        </w:tc>
        <w:tc>
          <w:tcPr>
            <w:tcW w:w="2160" w:type="dxa"/>
          </w:tcPr>
          <w:p w14:paraId="2DADDE3C" w14:textId="77777777" w:rsidR="001E4CD8" w:rsidRDefault="00000000">
            <w:r>
              <w:t>Personal Devotional</w:t>
            </w:r>
          </w:p>
        </w:tc>
      </w:tr>
    </w:tbl>
    <w:p w14:paraId="082ED884" w14:textId="77777777" w:rsidR="001E4CD8" w:rsidRDefault="00000000">
      <w:pPr>
        <w:pStyle w:val="Heading2"/>
      </w:pPr>
      <w:r>
        <w:t>💪 WEEK 2 – STRENGTH FOR THE WEARY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1E4CD8" w14:paraId="4041632B" w14:textId="77777777">
        <w:tc>
          <w:tcPr>
            <w:tcW w:w="2160" w:type="dxa"/>
          </w:tcPr>
          <w:p w14:paraId="083501F9" w14:textId="77777777" w:rsidR="001E4CD8" w:rsidRDefault="00000000">
            <w:r>
              <w:t>Day</w:t>
            </w:r>
          </w:p>
        </w:tc>
        <w:tc>
          <w:tcPr>
            <w:tcW w:w="2160" w:type="dxa"/>
          </w:tcPr>
          <w:p w14:paraId="74995289" w14:textId="77777777" w:rsidR="001E4CD8" w:rsidRDefault="00000000">
            <w:r>
              <w:t>Focus</w:t>
            </w:r>
          </w:p>
        </w:tc>
        <w:tc>
          <w:tcPr>
            <w:tcW w:w="2160" w:type="dxa"/>
          </w:tcPr>
          <w:p w14:paraId="39003F58" w14:textId="77777777" w:rsidR="001E4CD8" w:rsidRDefault="00000000">
            <w:r>
              <w:t>Scripture</w:t>
            </w:r>
          </w:p>
        </w:tc>
        <w:tc>
          <w:tcPr>
            <w:tcW w:w="2160" w:type="dxa"/>
          </w:tcPr>
          <w:p w14:paraId="598AE35E" w14:textId="77777777" w:rsidR="001E4CD8" w:rsidRDefault="00000000">
            <w:r>
              <w:t>Study Tool</w:t>
            </w:r>
          </w:p>
        </w:tc>
      </w:tr>
      <w:tr w:rsidR="001E4CD8" w14:paraId="3220C500" w14:textId="77777777">
        <w:tc>
          <w:tcPr>
            <w:tcW w:w="2160" w:type="dxa"/>
          </w:tcPr>
          <w:p w14:paraId="2786302E" w14:textId="77777777" w:rsidR="001E4CD8" w:rsidRDefault="00000000">
            <w:r>
              <w:t>8</w:t>
            </w:r>
          </w:p>
        </w:tc>
        <w:tc>
          <w:tcPr>
            <w:tcW w:w="2160" w:type="dxa"/>
          </w:tcPr>
          <w:p w14:paraId="61F31A18" w14:textId="77777777" w:rsidR="001E4CD8" w:rsidRDefault="00000000">
            <w:r>
              <w:t>Strength for the Weak</w:t>
            </w:r>
          </w:p>
        </w:tc>
        <w:tc>
          <w:tcPr>
            <w:tcW w:w="2160" w:type="dxa"/>
          </w:tcPr>
          <w:p w14:paraId="463CEC33" w14:textId="77777777" w:rsidR="001E4CD8" w:rsidRDefault="00000000">
            <w:r>
              <w:t>Isaiah 40:29–31</w:t>
            </w:r>
          </w:p>
        </w:tc>
        <w:tc>
          <w:tcPr>
            <w:tcW w:w="2160" w:type="dxa"/>
          </w:tcPr>
          <w:p w14:paraId="2A3E466E" w14:textId="77777777" w:rsidR="001E4CD8" w:rsidRDefault="00000000">
            <w:r>
              <w:t>Word Study</w:t>
            </w:r>
          </w:p>
        </w:tc>
      </w:tr>
      <w:tr w:rsidR="001E4CD8" w14:paraId="7E35F44A" w14:textId="77777777">
        <w:tc>
          <w:tcPr>
            <w:tcW w:w="2160" w:type="dxa"/>
          </w:tcPr>
          <w:p w14:paraId="2E325F14" w14:textId="77777777" w:rsidR="001E4CD8" w:rsidRDefault="00000000">
            <w:r>
              <w:t>9</w:t>
            </w:r>
          </w:p>
        </w:tc>
        <w:tc>
          <w:tcPr>
            <w:tcW w:w="2160" w:type="dxa"/>
          </w:tcPr>
          <w:p w14:paraId="5D764014" w14:textId="77777777" w:rsidR="001E4CD8" w:rsidRDefault="00000000">
            <w:r>
              <w:t>Power in Weakness</w:t>
            </w:r>
          </w:p>
        </w:tc>
        <w:tc>
          <w:tcPr>
            <w:tcW w:w="2160" w:type="dxa"/>
          </w:tcPr>
          <w:p w14:paraId="1C8539DA" w14:textId="77777777" w:rsidR="001E4CD8" w:rsidRDefault="00000000">
            <w:r>
              <w:t>2 Corinthians 12:9</w:t>
            </w:r>
          </w:p>
        </w:tc>
        <w:tc>
          <w:tcPr>
            <w:tcW w:w="2160" w:type="dxa"/>
          </w:tcPr>
          <w:p w14:paraId="3E0919F7" w14:textId="77777777" w:rsidR="001E4CD8" w:rsidRDefault="00000000">
            <w:r>
              <w:t>Verse Mapping</w:t>
            </w:r>
          </w:p>
        </w:tc>
      </w:tr>
      <w:tr w:rsidR="001E4CD8" w14:paraId="37725AFB" w14:textId="77777777">
        <w:tc>
          <w:tcPr>
            <w:tcW w:w="2160" w:type="dxa"/>
          </w:tcPr>
          <w:p w14:paraId="76E9B9BC" w14:textId="77777777" w:rsidR="001E4CD8" w:rsidRDefault="00000000">
            <w:r>
              <w:t>10</w:t>
            </w:r>
          </w:p>
        </w:tc>
        <w:tc>
          <w:tcPr>
            <w:tcW w:w="2160" w:type="dxa"/>
          </w:tcPr>
          <w:p w14:paraId="7F874F10" w14:textId="77777777" w:rsidR="001E4CD8" w:rsidRDefault="00000000">
            <w:r>
              <w:t>Waiting with Trust</w:t>
            </w:r>
          </w:p>
        </w:tc>
        <w:tc>
          <w:tcPr>
            <w:tcW w:w="2160" w:type="dxa"/>
          </w:tcPr>
          <w:p w14:paraId="04F11D11" w14:textId="77777777" w:rsidR="001E4CD8" w:rsidRDefault="00000000">
            <w:r>
              <w:t>Psalm 27:14</w:t>
            </w:r>
          </w:p>
        </w:tc>
        <w:tc>
          <w:tcPr>
            <w:tcW w:w="2160" w:type="dxa"/>
          </w:tcPr>
          <w:p w14:paraId="30F4B938" w14:textId="77777777" w:rsidR="001E4CD8" w:rsidRDefault="00000000">
            <w:r>
              <w:t>Rewrite</w:t>
            </w:r>
          </w:p>
        </w:tc>
      </w:tr>
      <w:tr w:rsidR="001E4CD8" w14:paraId="1ED2B0BD" w14:textId="77777777">
        <w:tc>
          <w:tcPr>
            <w:tcW w:w="2160" w:type="dxa"/>
          </w:tcPr>
          <w:p w14:paraId="39192D85" w14:textId="77777777" w:rsidR="001E4CD8" w:rsidRDefault="00000000">
            <w:r>
              <w:t>11</w:t>
            </w:r>
          </w:p>
        </w:tc>
        <w:tc>
          <w:tcPr>
            <w:tcW w:w="2160" w:type="dxa"/>
          </w:tcPr>
          <w:p w14:paraId="15F41518" w14:textId="77777777" w:rsidR="001E4CD8" w:rsidRDefault="00000000">
            <w:r>
              <w:t>Held When I’m Worn</w:t>
            </w:r>
          </w:p>
        </w:tc>
        <w:tc>
          <w:tcPr>
            <w:tcW w:w="2160" w:type="dxa"/>
          </w:tcPr>
          <w:p w14:paraId="4FDA0206" w14:textId="77777777" w:rsidR="001E4CD8" w:rsidRDefault="00000000">
            <w:r>
              <w:t>Matthew 11:28–30</w:t>
            </w:r>
          </w:p>
        </w:tc>
        <w:tc>
          <w:tcPr>
            <w:tcW w:w="2160" w:type="dxa"/>
          </w:tcPr>
          <w:p w14:paraId="798C84E1" w14:textId="77777777" w:rsidR="001E4CD8" w:rsidRDefault="00000000">
            <w:r>
              <w:t>Cross-Reference</w:t>
            </w:r>
          </w:p>
        </w:tc>
      </w:tr>
      <w:tr w:rsidR="001E4CD8" w14:paraId="4BA9B080" w14:textId="77777777">
        <w:tc>
          <w:tcPr>
            <w:tcW w:w="2160" w:type="dxa"/>
          </w:tcPr>
          <w:p w14:paraId="13D30606" w14:textId="77777777" w:rsidR="001E4CD8" w:rsidRDefault="00000000">
            <w:r>
              <w:t>12</w:t>
            </w:r>
          </w:p>
        </w:tc>
        <w:tc>
          <w:tcPr>
            <w:tcW w:w="2160" w:type="dxa"/>
          </w:tcPr>
          <w:p w14:paraId="219AD2F9" w14:textId="77777777" w:rsidR="001E4CD8" w:rsidRDefault="00000000">
            <w:r>
              <w:t>The Joy of the Lord</w:t>
            </w:r>
          </w:p>
        </w:tc>
        <w:tc>
          <w:tcPr>
            <w:tcW w:w="2160" w:type="dxa"/>
          </w:tcPr>
          <w:p w14:paraId="4B9C562D" w14:textId="77777777" w:rsidR="001E4CD8" w:rsidRDefault="00000000">
            <w:r>
              <w:t>Nehemiah 8:10</w:t>
            </w:r>
          </w:p>
        </w:tc>
        <w:tc>
          <w:tcPr>
            <w:tcW w:w="2160" w:type="dxa"/>
          </w:tcPr>
          <w:p w14:paraId="47A2CD45" w14:textId="77777777" w:rsidR="001E4CD8" w:rsidRDefault="00000000">
            <w:r>
              <w:t>Topical</w:t>
            </w:r>
          </w:p>
        </w:tc>
      </w:tr>
      <w:tr w:rsidR="001E4CD8" w14:paraId="490BA08D" w14:textId="77777777">
        <w:tc>
          <w:tcPr>
            <w:tcW w:w="2160" w:type="dxa"/>
          </w:tcPr>
          <w:p w14:paraId="47E4EF92" w14:textId="77777777" w:rsidR="001E4CD8" w:rsidRDefault="00000000">
            <w:r>
              <w:t>13</w:t>
            </w:r>
          </w:p>
        </w:tc>
        <w:tc>
          <w:tcPr>
            <w:tcW w:w="2160" w:type="dxa"/>
          </w:tcPr>
          <w:p w14:paraId="34C7A269" w14:textId="77777777" w:rsidR="001E4CD8" w:rsidRDefault="00000000">
            <w:r>
              <w:t>Grace That Holds Me</w:t>
            </w:r>
          </w:p>
        </w:tc>
        <w:tc>
          <w:tcPr>
            <w:tcW w:w="2160" w:type="dxa"/>
          </w:tcPr>
          <w:p w14:paraId="69AE5EF9" w14:textId="77777777" w:rsidR="001E4CD8" w:rsidRDefault="00000000">
            <w:r>
              <w:t>Ephesians 1:7</w:t>
            </w:r>
          </w:p>
        </w:tc>
        <w:tc>
          <w:tcPr>
            <w:tcW w:w="2160" w:type="dxa"/>
          </w:tcPr>
          <w:p w14:paraId="617E6593" w14:textId="77777777" w:rsidR="001E4CD8" w:rsidRDefault="00000000">
            <w:r>
              <w:t>Devotional</w:t>
            </w:r>
          </w:p>
        </w:tc>
      </w:tr>
      <w:tr w:rsidR="001E4CD8" w14:paraId="24E7CB89" w14:textId="77777777">
        <w:tc>
          <w:tcPr>
            <w:tcW w:w="2160" w:type="dxa"/>
          </w:tcPr>
          <w:p w14:paraId="5E1B2D7E" w14:textId="77777777" w:rsidR="001E4CD8" w:rsidRDefault="00000000">
            <w:r>
              <w:t>14</w:t>
            </w:r>
          </w:p>
        </w:tc>
        <w:tc>
          <w:tcPr>
            <w:tcW w:w="2160" w:type="dxa"/>
          </w:tcPr>
          <w:p w14:paraId="53AD26AB" w14:textId="77777777" w:rsidR="001E4CD8" w:rsidRDefault="00000000">
            <w:r>
              <w:t>Gratitude Reflection</w:t>
            </w:r>
          </w:p>
        </w:tc>
        <w:tc>
          <w:tcPr>
            <w:tcW w:w="2160" w:type="dxa"/>
          </w:tcPr>
          <w:p w14:paraId="34B15D8A" w14:textId="77777777" w:rsidR="001E4CD8" w:rsidRDefault="00000000">
            <w:r>
              <w:t>N/A</w:t>
            </w:r>
          </w:p>
        </w:tc>
        <w:tc>
          <w:tcPr>
            <w:tcW w:w="2160" w:type="dxa"/>
          </w:tcPr>
          <w:p w14:paraId="135E54CC" w14:textId="77777777" w:rsidR="001E4CD8" w:rsidRDefault="00000000">
            <w:r>
              <w:t>Journal + Prayer</w:t>
            </w:r>
          </w:p>
        </w:tc>
      </w:tr>
    </w:tbl>
    <w:p w14:paraId="6B780DCD" w14:textId="77777777" w:rsidR="00000000" w:rsidRDefault="00000000"/>
    <w:p w14:paraId="5649C765" w14:textId="77777777" w:rsidR="00B75151" w:rsidRDefault="00B75151"/>
    <w:p w14:paraId="4FA27A83" w14:textId="32BCBA2A" w:rsidR="00B75151" w:rsidRDefault="00B75151">
      <w:r>
        <w:t>Livingjamie.com</w:t>
      </w:r>
    </w:p>
    <w:sectPr w:rsidR="00B7515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6547154">
    <w:abstractNumId w:val="8"/>
  </w:num>
  <w:num w:numId="2" w16cid:durableId="724333197">
    <w:abstractNumId w:val="6"/>
  </w:num>
  <w:num w:numId="3" w16cid:durableId="880282326">
    <w:abstractNumId w:val="5"/>
  </w:num>
  <w:num w:numId="4" w16cid:durableId="1427461768">
    <w:abstractNumId w:val="4"/>
  </w:num>
  <w:num w:numId="5" w16cid:durableId="2146120888">
    <w:abstractNumId w:val="7"/>
  </w:num>
  <w:num w:numId="6" w16cid:durableId="450783854">
    <w:abstractNumId w:val="3"/>
  </w:num>
  <w:num w:numId="7" w16cid:durableId="386994532">
    <w:abstractNumId w:val="2"/>
  </w:num>
  <w:num w:numId="8" w16cid:durableId="1967000199">
    <w:abstractNumId w:val="1"/>
  </w:num>
  <w:num w:numId="9" w16cid:durableId="2093164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E4CD8"/>
    <w:rsid w:val="0029639D"/>
    <w:rsid w:val="00326F90"/>
    <w:rsid w:val="005E2FC5"/>
    <w:rsid w:val="00AA1D8D"/>
    <w:rsid w:val="00B47730"/>
    <w:rsid w:val="00B7515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9BD234"/>
  <w14:defaultImageDpi w14:val="300"/>
  <w15:docId w15:val="{4DAD9C94-600A-448E-8C22-43C9BA453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Jamie Kinkead</cp:lastModifiedBy>
  <cp:revision>2</cp:revision>
  <dcterms:created xsi:type="dcterms:W3CDTF">2013-12-23T23:15:00Z</dcterms:created>
  <dcterms:modified xsi:type="dcterms:W3CDTF">2025-12-27T05:47:00Z</dcterms:modified>
  <cp:category/>
</cp:coreProperties>
</file>